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ולכתוב שמות של איברים בגוף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ביקור אצל רופאה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כואב, תרופה ולישון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הראש והבטן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האוזניים ואת הגרון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לא הרגיש טוב, כאב לו הראש והבטן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איברי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הרגשתי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הגיוניים עם 'כואב לי' ושם איבר בגוף, כתיב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איבר נכון כמו ראש, יד,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לשתות מים, לישון ולקחת תרופה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השלמה הגיונית כמו ראש/בטן/רגל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איברי הגוף לפני תחילת הדף כדי לחזק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הטקסט בקול יחד עם התלמידים לפני פתרון שאלות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ההתאמה מתאימה גם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על הגוף ועל בריאות, לפי הסיפור על הילד שהרגיש לא טוב והלך לרופאה.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יד  ·  ישון  ·  ראש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כאב לילד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הרגל והיד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הראש והבטן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שמה יד על המצח של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בדקה הרופאה?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הידיים ואת הרגליים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האוזניים ואת הגרון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העיניים ואת האף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 הרגיש טוב מאוד בבוקר.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שמה יד על המצח של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 חזר לבית הספר אחרי שהרגיש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כאב לי ה__________, וגם הבטן כאבה.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אמא שמה __________ על המצח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צריך לשתות הרבה מים, ל__________ ולקחת תרופה.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איברי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רואים 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שומעים 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הולכים איתה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אוכלים איתה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הרגשתי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עם המילה 'כואב לי', על מצב שבו כאב לכם משהו.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איבר אחד בגוף.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הרופאה אמרה לילד לעשות?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