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ולכתוב שמות של איברים 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ביקור אצל רופאה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כואב, תרופה ולישון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האוזניים ואת הגרון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לשתות מים, לישון ולקחת תרופה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יומיים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לא הרגיש טוב, כאב לו הראש והבטן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אמרה לשתות הרבה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ידוע ונכון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עיניים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איברי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(שיניים)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הרגשתי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הגיוניים עם 'כואב לי' ושם איבר בגוף, כתיב תקין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להזכיר: לשתות מים, לישון, ללכת לרופא/ה, לקחת תרופה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איבר נכון כמו ראש, יד, 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לשתות מים, לישון ולקחת תרופה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השלמה הגיונית כמו ראש/בטן/רגל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איברי הגוף לפני תחילת הדף כדי לחזק את אוצר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את הטקסט בקול יחד עם התלמידים לפני פתרון שאלות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מתאימה גם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על הגוף. יש גם סיפור קצר על ילד חולה שהלך לרופאה.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העליון של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בטן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באמצע הגוף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כואב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רע, יש כאב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רופא/רופאה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שעוזר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שלוקחים כדי להבריא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לנוח עם עיניים סגורות בלילה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הגוף חם יותר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אוזן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איבר שבו שומעים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כאב לילד?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הרגל והיד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הראש והבטן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האוזניים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בדקה אם יש 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הרופאה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הרופאה בדקה?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הידיים ואת הרגליים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האוזניים ואת הגרון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העיניים ואת האף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השיניים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צריך לעשות כדי להבריא?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לאכול שוקולד וללכת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לשתות מים, לישון ולקחת תרופה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בחוץ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לשתות שוקו חם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אחרי כמה ימים הילד הבריא?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הרגיש טוב מאוד בבוקר.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שמה יד על המצח של הילד.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הרופאה אמרה שלא צריך לשתות 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חזר לבית הספר אחרי שהרגיש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לרופאה יש תפקיד לעזור לאנשים חולים.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כאב לי ה__________, וגם הבטן כאבה.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אמא שמה __________ על המצח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צריך לשתות הרבה מים, ל__________ ולקחת תרופה.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הרופאה בדקה את האוזניים ואת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כשיש לי חום, אני הולך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לפני שישנים, סוגרים את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איברי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רואים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שומעים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הולכים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אוכלים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כותבים איתה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לועסים איתם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משפטים עם המילה 'כואב לי', על מצב שבו כאב לכם משהו.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מה אתם עושים כשאתם חולים, לפי מה שלמדנו בטקסט.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איבר אחד בגוף.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הרופאה אמרה לילד לעשות?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כואב לי ה___.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