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ולכתוב שמות של איברים בגוף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ביקור אצל רופאה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כואב, תרופה ולישון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הראש והבטן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האוזניים ואת הגרון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לשתות מים, לישון ולקחת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לא הרגיש טוב, כאב לו הראש והבטן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אמרה לשתות הרבה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ידוע ונכון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(שיניים)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הרגשתי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הגיוניים עם 'כואב לי' ושם איבר בגוף, כתיב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להזכיר: לשתות מים, לישון, ללכת לרופא/ה, לקחת תרופה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איבר נכון כמו ראש, יד,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לשתות מים, לישון ולקחת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השלמה הגיונית כמו ראש/בטן/רגל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איברי הגוף לפני תחילת הדף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הטקסט בקול יחד עם התלמידים לפני פתרון שאלות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ההתאמה מתאימה גם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על הגוף ועל בריאות, לפי הסיפור על הילד שהרגיש לא טוב והלך לרופאה.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כאב לילד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הרגל והיד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 והבטן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שמה יד על המצח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בדקה הרופאה?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הידיים ואת הרגליים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האוזניים ואת הגרון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העיניים ואת האף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השיניים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אמרה הרופאה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 שוקולד וללכת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לשתות מים, לישון ולקחת תרופה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לשתות שוקו חם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כמה זמן הילד הרגיש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הרגיש טוב מאוד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שמה יד על המצח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הרופאה אמרה שלא צריך לשתות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חזר לבית הספר אחרי שהרגיש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לרופאה יש תפקיד לעזור לאנשים חולים.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כאב לי ה__________, וגם הבטן כאבה.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אמא שמה __________ על המצח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לשתות הרבה מים, ל__________ ולקחת תרופה.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בדקה את האוזניים ואת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לי חום, אני הולך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שישנים, סוגרים את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רואים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שומעים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הולכים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אוכלים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לועסים איתם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המילה 'כואב לי', על מצב שבו כאב לכם משהו.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אתם עושים כשאתם חולים, לפי מה שלמדנו 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איבר אחד בגוף.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הרופאה אמרה לילד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כואב לי ה___.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